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1F70D" w14:textId="43F8534B" w:rsidR="002B6789" w:rsidRDefault="00000000" w:rsidP="00C22F03">
      <w:pPr>
        <w:pStyle w:val="Heading1"/>
        <w:jc w:val="center"/>
      </w:pPr>
      <w:r>
        <w:t>Hospice Conversation Notes Worksheet</w:t>
      </w:r>
    </w:p>
    <w:p w14:paraId="6C23056B" w14:textId="77777777" w:rsidR="00C22F03" w:rsidRPr="00C22F03" w:rsidRDefault="00C22F03" w:rsidP="00C22F03"/>
    <w:p w14:paraId="71A2F2EB" w14:textId="77777777" w:rsidR="00C22F03" w:rsidRPr="00C22F03" w:rsidRDefault="00C22F03" w:rsidP="00C22F03"/>
    <w:p w14:paraId="65EF7461" w14:textId="663AC674" w:rsidR="002B6789" w:rsidRDefault="00000000">
      <w:r>
        <w:t>Resident</w:t>
      </w:r>
      <w:r w:rsidR="00C22F03">
        <w:t xml:space="preserve"> Name</w:t>
      </w:r>
      <w:r>
        <w:t>: _________________</w:t>
      </w:r>
      <w:r w:rsidR="00C22F03">
        <w:t>____________________</w:t>
      </w:r>
      <w:r>
        <w:t>___   Date</w:t>
      </w:r>
      <w:r w:rsidR="00C22F03">
        <w:t xml:space="preserve"> of Conversation</w:t>
      </w:r>
      <w:r>
        <w:t>: ____________________</w:t>
      </w:r>
    </w:p>
    <w:p w14:paraId="2E509218" w14:textId="56D98579" w:rsidR="002B6789" w:rsidRDefault="00000000">
      <w:r>
        <w:t>Family Members Present: ___________</w:t>
      </w:r>
      <w:r w:rsidR="00C22F03">
        <w:t>_______________________________</w:t>
      </w:r>
      <w:r>
        <w:t>_________________________________</w:t>
      </w:r>
    </w:p>
    <w:p w14:paraId="640168ED" w14:textId="77777777" w:rsidR="002B6789" w:rsidRDefault="00000000">
      <w:pPr>
        <w:pStyle w:val="Heading2"/>
      </w:pPr>
      <w:r>
        <w:t>Observed Changes</w:t>
      </w:r>
    </w:p>
    <w:p w14:paraId="4DB3CB74" w14:textId="2867C6D2" w:rsidR="00C22F03" w:rsidRDefault="00000000">
      <w:r>
        <w:t xml:space="preserve">□ Increased sleeping </w:t>
      </w:r>
      <w:r w:rsidR="00C22F03">
        <w:t xml:space="preserve">   </w:t>
      </w:r>
      <w:r w:rsidR="00FF3674">
        <w:t xml:space="preserve"> </w:t>
      </w:r>
      <w:r>
        <w:t xml:space="preserve"> □ Reduced appetite </w:t>
      </w:r>
      <w:r w:rsidR="00C22F03">
        <w:t xml:space="preserve"> </w:t>
      </w:r>
      <w:r>
        <w:t xml:space="preserve"> </w:t>
      </w:r>
      <w:r w:rsidR="00FF3674">
        <w:t xml:space="preserve"> </w:t>
      </w:r>
      <w:r w:rsidR="00C22F03">
        <w:t xml:space="preserve"> </w:t>
      </w:r>
      <w:r>
        <w:t xml:space="preserve">□ Weight loss </w:t>
      </w:r>
      <w:r w:rsidR="00C22F03">
        <w:t xml:space="preserve">  </w:t>
      </w:r>
      <w:r>
        <w:t xml:space="preserve"> □ Increased weakness  </w:t>
      </w:r>
    </w:p>
    <w:p w14:paraId="25232D82" w14:textId="4D817B7C" w:rsidR="002B6789" w:rsidRDefault="00000000">
      <w:r>
        <w:t xml:space="preserve">□ Difficulty swallowing </w:t>
      </w:r>
      <w:r w:rsidR="00C22F03">
        <w:t xml:space="preserve">   </w:t>
      </w:r>
      <w:r>
        <w:t xml:space="preserve"> □ Increased care needs </w:t>
      </w:r>
      <w:r w:rsidR="00C22F03">
        <w:t xml:space="preserve">   </w:t>
      </w:r>
      <w:r>
        <w:t xml:space="preserve"> □ Other: </w:t>
      </w:r>
      <w:r w:rsidR="00C22F03">
        <w:t>__________________________________</w:t>
      </w:r>
      <w:r>
        <w:t>__</w:t>
      </w:r>
    </w:p>
    <w:p w14:paraId="51958CCC" w14:textId="77777777" w:rsidR="002B6789" w:rsidRDefault="00000000">
      <w:pPr>
        <w:pStyle w:val="Heading2"/>
      </w:pPr>
      <w:r>
        <w:t>Family Concerns</w:t>
      </w:r>
    </w:p>
    <w:p w14:paraId="36450971" w14:textId="1C406F0C" w:rsidR="00C22F03" w:rsidRDefault="00000000">
      <w:r>
        <w:t>___________________________________________________________</w:t>
      </w:r>
      <w:r w:rsidR="00C22F03">
        <w:t>___________________________________________</w:t>
      </w:r>
      <w:r>
        <w:t>__________________________________________________________</w:t>
      </w:r>
      <w:r w:rsidR="00C22F03">
        <w:t>___________________________________________</w:t>
      </w:r>
      <w:r>
        <w:t>_______</w:t>
      </w:r>
      <w:r w:rsidR="00FF3674">
        <w:t>__________________________________________________________________________________________________________________________________________________________________________________________________________________</w:t>
      </w:r>
    </w:p>
    <w:p w14:paraId="69BECFFA" w14:textId="77777777" w:rsidR="002B6789" w:rsidRDefault="00000000">
      <w:pPr>
        <w:pStyle w:val="Heading2"/>
      </w:pPr>
      <w:r>
        <w:t>Key Discussion Points</w:t>
      </w:r>
    </w:p>
    <w:p w14:paraId="1FD7DC40" w14:textId="77777777" w:rsidR="00C22F03" w:rsidRDefault="00000000">
      <w:r>
        <w:t xml:space="preserve">□ Hospice services explained </w:t>
      </w:r>
      <w:r w:rsidR="00C22F03">
        <w:t xml:space="preserve"> </w:t>
      </w:r>
      <w:r>
        <w:t xml:space="preserve"> </w:t>
      </w:r>
      <w:r w:rsidR="00C22F03">
        <w:t xml:space="preserve"> </w:t>
      </w:r>
      <w:r>
        <w:t xml:space="preserve">□ Comfort-focused care discussed </w:t>
      </w:r>
      <w:r w:rsidR="00C22F03">
        <w:t xml:space="preserve"> </w:t>
      </w:r>
      <w:r>
        <w:t xml:space="preserve"> □ Questions answered  </w:t>
      </w:r>
      <w:r w:rsidR="00C22F03">
        <w:t xml:space="preserve"> </w:t>
      </w:r>
    </w:p>
    <w:p w14:paraId="583D999D" w14:textId="3ED8D7B4" w:rsidR="002B6789" w:rsidRDefault="00000000">
      <w:r>
        <w:t>□ Evaluation recommended</w:t>
      </w:r>
    </w:p>
    <w:p w14:paraId="4E3AF62C" w14:textId="77777777" w:rsidR="002B6789" w:rsidRDefault="00000000">
      <w:pPr>
        <w:pStyle w:val="Heading2"/>
      </w:pPr>
      <w:r>
        <w:t>Next Steps</w:t>
      </w:r>
    </w:p>
    <w:p w14:paraId="1EAC16F1" w14:textId="1C3163FE" w:rsidR="00C22F03" w:rsidRDefault="00000000">
      <w:r>
        <w:t xml:space="preserve">□ Follow-up meeting </w:t>
      </w:r>
      <w:r w:rsidR="00C22F03">
        <w:t xml:space="preserve">  </w:t>
      </w:r>
      <w:r w:rsidR="00FF3674">
        <w:t xml:space="preserve"> </w:t>
      </w:r>
      <w:r>
        <w:t xml:space="preserve"> □ Hospice consultation  </w:t>
      </w:r>
      <w:r w:rsidR="00C22F03">
        <w:t xml:space="preserve"> </w:t>
      </w:r>
      <w:r w:rsidR="00FF3674">
        <w:t xml:space="preserve"> </w:t>
      </w:r>
      <w:r w:rsidR="00C22F03">
        <w:t xml:space="preserve"> </w:t>
      </w:r>
      <w:r>
        <w:t xml:space="preserve">□ Additional information requested </w:t>
      </w:r>
    </w:p>
    <w:p w14:paraId="4702E388" w14:textId="4AF8CFC7" w:rsidR="002B6789" w:rsidRDefault="00000000">
      <w:r>
        <w:t>□ Family not ready at this time</w:t>
      </w:r>
    </w:p>
    <w:p w14:paraId="3192A0D2" w14:textId="51F5ECEB" w:rsidR="00C22F03" w:rsidRDefault="00000000">
      <w:r>
        <w:t>Notes: _________________________________________</w:t>
      </w:r>
      <w:r w:rsidR="00C22F03">
        <w:t>_______________________________________</w:t>
      </w:r>
      <w:r>
        <w:t>_______________</w:t>
      </w:r>
      <w:r w:rsidR="00C22F03">
        <w:t>__________</w:t>
      </w:r>
      <w:r>
        <w:t>___________________________________________________</w:t>
      </w:r>
      <w:r w:rsidR="00C22F03">
        <w:t>___________________________________________</w:t>
      </w:r>
      <w:r>
        <w:t>___________</w:t>
      </w:r>
      <w:r w:rsidR="00C22F0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40239D" w14:textId="77777777" w:rsidR="00C22F03" w:rsidRDefault="00C22F03"/>
    <w:p w14:paraId="7DE7880C" w14:textId="6FF1A8D7" w:rsidR="002B6789" w:rsidRDefault="00000000">
      <w:r>
        <w:t>Follow-Up Date: _____________</w:t>
      </w:r>
      <w:r w:rsidR="00C22F03">
        <w:t>___________________</w:t>
      </w:r>
      <w:r>
        <w:t>_______</w:t>
      </w:r>
    </w:p>
    <w:p w14:paraId="365B2102" w14:textId="4DC6283D" w:rsidR="002B6789" w:rsidRDefault="00000000">
      <w:r>
        <w:t>Provider Signature: _____________</w:t>
      </w:r>
      <w:r w:rsidR="00C22F03">
        <w:t>_______________</w:t>
      </w:r>
      <w:r>
        <w:t>_______</w:t>
      </w:r>
    </w:p>
    <w:sectPr w:rsidR="002B678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2353821">
    <w:abstractNumId w:val="8"/>
  </w:num>
  <w:num w:numId="2" w16cid:durableId="884223364">
    <w:abstractNumId w:val="6"/>
  </w:num>
  <w:num w:numId="3" w16cid:durableId="1007706434">
    <w:abstractNumId w:val="5"/>
  </w:num>
  <w:num w:numId="4" w16cid:durableId="831022520">
    <w:abstractNumId w:val="4"/>
  </w:num>
  <w:num w:numId="5" w16cid:durableId="1501198191">
    <w:abstractNumId w:val="7"/>
  </w:num>
  <w:num w:numId="6" w16cid:durableId="386729338">
    <w:abstractNumId w:val="3"/>
  </w:num>
  <w:num w:numId="7" w16cid:durableId="2044861653">
    <w:abstractNumId w:val="2"/>
  </w:num>
  <w:num w:numId="8" w16cid:durableId="653333421">
    <w:abstractNumId w:val="1"/>
  </w:num>
  <w:num w:numId="9" w16cid:durableId="114107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6789"/>
    <w:rsid w:val="00326F90"/>
    <w:rsid w:val="005F0F29"/>
    <w:rsid w:val="00AA1D8D"/>
    <w:rsid w:val="00B47730"/>
    <w:rsid w:val="00C22F03"/>
    <w:rsid w:val="00CB0664"/>
    <w:rsid w:val="00FC693F"/>
    <w:rsid w:val="00FF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8D356F"/>
  <w14:defaultImageDpi w14:val="300"/>
  <w15:docId w15:val="{3BB1E255-8700-4800-BF1D-CDC09F11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</cp:lastModifiedBy>
  <cp:revision>2</cp:revision>
  <dcterms:created xsi:type="dcterms:W3CDTF">2026-06-05T19:53:00Z</dcterms:created>
  <dcterms:modified xsi:type="dcterms:W3CDTF">2026-06-05T19:53:00Z</dcterms:modified>
  <cp:category/>
</cp:coreProperties>
</file>